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Детский лагерь отдыха и оздоровления</w:t>
      </w:r>
    </w:p>
    <w:p>
      <w:r>
        <w:rPr>
          <w:b/>
        </w:rPr>
        <w:t xml:space="preserve">Основание: ПП РФ № 732.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детский лагерь отдыха и оздоровления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Тип: загородный стационарный / санаторно-оздоровительный / палаточный / с дневным пребыванием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Включён ли лагерь в региональный реестр организаций отдыха детей (номер записи)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Вместимость за смену (дети + вожатые + персонал); число смен в году; работает ли круглогодично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Количество корпусов, столовая, медпункт, водоём/пляж на территории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Удалённость от населённого пункта и ближайшего подразделения полиции/Росгвардии (км)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